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6D875" w14:textId="447F64DC" w:rsidR="00F6337D" w:rsidRPr="007E6E38" w:rsidRDefault="00097540">
      <w:pPr>
        <w:spacing w:after="120"/>
        <w:jc w:val="center"/>
        <w:rPr>
          <w:lang w:val="ru-RU"/>
        </w:rPr>
      </w:pPr>
      <w:r w:rsidRPr="007E6E38">
        <w:rPr>
          <w:b/>
          <w:lang w:val="ru-RU"/>
        </w:rPr>
        <w:t xml:space="preserve">О конкурсе </w:t>
      </w:r>
      <w:proofErr w:type="spellStart"/>
      <w:r w:rsidRPr="007E6E38">
        <w:rPr>
          <w:b/>
          <w:lang w:val="ru-RU"/>
        </w:rPr>
        <w:t>Росмолодёжь</w:t>
      </w:r>
      <w:proofErr w:type="spellEnd"/>
      <w:r w:rsidRPr="007E6E38">
        <w:rPr>
          <w:b/>
          <w:lang w:val="ru-RU"/>
        </w:rPr>
        <w:t>.</w:t>
      </w:r>
      <w:r w:rsidR="00C26C0E">
        <w:rPr>
          <w:b/>
          <w:lang w:val="ru-RU"/>
        </w:rPr>
        <w:t xml:space="preserve"> </w:t>
      </w:r>
      <w:r w:rsidRPr="007E6E38">
        <w:rPr>
          <w:b/>
          <w:lang w:val="ru-RU"/>
        </w:rPr>
        <w:t>Гранты для молодых активистов и проектных команд</w:t>
      </w:r>
    </w:p>
    <w:p w14:paraId="7D5AD5D8" w14:textId="77777777" w:rsidR="00F6337D" w:rsidRPr="007E6E38" w:rsidRDefault="00097540">
      <w:pPr>
        <w:spacing w:after="120"/>
        <w:rPr>
          <w:lang w:val="ru-RU"/>
        </w:rPr>
      </w:pPr>
      <w:r w:rsidRPr="007E6E38">
        <w:rPr>
          <w:lang w:val="ru-RU"/>
        </w:rPr>
        <w:t>Уважаемые коллеги!</w:t>
      </w:r>
    </w:p>
    <w:p w14:paraId="20CABB67" w14:textId="664D2336" w:rsidR="00F6337D" w:rsidRPr="007E6E38" w:rsidRDefault="00097540">
      <w:pPr>
        <w:spacing w:after="120"/>
        <w:rPr>
          <w:lang w:val="ru-RU"/>
        </w:rPr>
      </w:pPr>
      <w:r w:rsidRPr="007E6E38">
        <w:rPr>
          <w:lang w:val="ru-RU"/>
        </w:rPr>
        <w:t xml:space="preserve">Просим довести до сведения молодых членов Профсоюза, профсоюзных активистов, волонтёров, молодых работников и иных заинтересованных лиц информацию о возможности </w:t>
      </w:r>
      <w:r w:rsidRPr="007E6E38">
        <w:rPr>
          <w:lang w:val="ru-RU"/>
        </w:rPr>
        <w:t>участия в конкурсе «</w:t>
      </w:r>
      <w:proofErr w:type="spellStart"/>
      <w:r w:rsidRPr="007E6E38">
        <w:rPr>
          <w:lang w:val="ru-RU"/>
        </w:rPr>
        <w:t>Росмолодёжь</w:t>
      </w:r>
      <w:proofErr w:type="spellEnd"/>
      <w:r w:rsidRPr="007E6E38">
        <w:rPr>
          <w:lang w:val="ru-RU"/>
        </w:rPr>
        <w:t>.</w:t>
      </w:r>
      <w:r w:rsidR="00C26C0E">
        <w:rPr>
          <w:lang w:val="ru-RU"/>
        </w:rPr>
        <w:t xml:space="preserve"> </w:t>
      </w:r>
      <w:bookmarkStart w:id="0" w:name="_GoBack"/>
      <w:bookmarkEnd w:id="0"/>
      <w:r w:rsidRPr="007E6E38">
        <w:rPr>
          <w:lang w:val="ru-RU"/>
        </w:rPr>
        <w:t>Гранты» среди физических лиц.</w:t>
      </w:r>
    </w:p>
    <w:p w14:paraId="1C8422AE" w14:textId="4E1A61B0" w:rsidR="00F6337D" w:rsidRPr="007E6E38" w:rsidRDefault="00097540">
      <w:pPr>
        <w:spacing w:after="120"/>
        <w:rPr>
          <w:lang w:val="ru-RU"/>
        </w:rPr>
      </w:pPr>
      <w:r w:rsidRPr="007E6E38">
        <w:rPr>
          <w:lang w:val="ru-RU"/>
        </w:rPr>
        <w:t xml:space="preserve">Участниками могут быть граждане Российской Федерации в возрасте от 14 до 35 лет включительно. Заявка подаётся от имени молодого автора </w:t>
      </w:r>
      <w:r w:rsidR="007E6E38" w:rsidRPr="007E6E38">
        <w:rPr>
          <w:lang w:val="ru-RU"/>
        </w:rPr>
        <w:t>-</w:t>
      </w:r>
      <w:r w:rsidRPr="007E6E38">
        <w:rPr>
          <w:lang w:val="ru-RU"/>
        </w:rPr>
        <w:t xml:space="preserve"> руководителя проекта; при этом проект может реализовывать</w:t>
      </w:r>
      <w:r w:rsidRPr="007E6E38">
        <w:rPr>
          <w:lang w:val="ru-RU"/>
        </w:rPr>
        <w:t xml:space="preserve">ся командой с участием общественных объединений, профсоюзных организаций, учреждений и иных партнёров. Максимальный размер поддержки </w:t>
      </w:r>
      <w:r w:rsidR="007E6E38" w:rsidRPr="007E6E38">
        <w:rPr>
          <w:lang w:val="ru-RU"/>
        </w:rPr>
        <w:t>-</w:t>
      </w:r>
      <w:r w:rsidRPr="007E6E38">
        <w:rPr>
          <w:lang w:val="ru-RU"/>
        </w:rPr>
        <w:t xml:space="preserve"> до 1 млн рублей.</w:t>
      </w:r>
    </w:p>
    <w:p w14:paraId="143332E6" w14:textId="77777777" w:rsidR="00F6337D" w:rsidRPr="007E6E38" w:rsidRDefault="00097540">
      <w:pPr>
        <w:spacing w:after="120"/>
        <w:rPr>
          <w:lang w:val="ru-RU"/>
        </w:rPr>
      </w:pPr>
      <w:r w:rsidRPr="007E6E38">
        <w:rPr>
          <w:lang w:val="ru-RU"/>
        </w:rPr>
        <w:t>Особое внимание предлагаем обратить на следующие номинации конкурса:</w:t>
      </w:r>
    </w:p>
    <w:p w14:paraId="0B345230" w14:textId="756A4B04" w:rsidR="00F6337D" w:rsidRPr="007E6E38" w:rsidRDefault="00097540" w:rsidP="007E6E38">
      <w:pPr>
        <w:pStyle w:val="a0"/>
        <w:numPr>
          <w:ilvl w:val="0"/>
          <w:numId w:val="10"/>
        </w:numPr>
        <w:spacing w:after="60"/>
        <w:rPr>
          <w:lang w:val="ru-RU"/>
        </w:rPr>
      </w:pPr>
      <w:r w:rsidRPr="007E6E38">
        <w:rPr>
          <w:lang w:val="ru-RU"/>
        </w:rPr>
        <w:t>«#</w:t>
      </w:r>
      <w:proofErr w:type="spellStart"/>
      <w:r w:rsidRPr="007E6E38">
        <w:rPr>
          <w:lang w:val="ru-RU"/>
        </w:rPr>
        <w:t>вклад_в_будущее</w:t>
      </w:r>
      <w:proofErr w:type="spellEnd"/>
      <w:r w:rsidRPr="007E6E38">
        <w:rPr>
          <w:lang w:val="ru-RU"/>
        </w:rPr>
        <w:t xml:space="preserve">» </w:t>
      </w:r>
      <w:r w:rsidR="007E6E38" w:rsidRPr="007E6E38">
        <w:rPr>
          <w:lang w:val="ru-RU"/>
        </w:rPr>
        <w:t>-</w:t>
      </w:r>
      <w:r w:rsidRPr="007E6E38">
        <w:rPr>
          <w:lang w:val="ru-RU"/>
        </w:rPr>
        <w:t xml:space="preserve"> молодёжные ини</w:t>
      </w:r>
      <w:r w:rsidRPr="007E6E38">
        <w:rPr>
          <w:lang w:val="ru-RU"/>
        </w:rPr>
        <w:t>циативы по вовлечению молодёжи в сферу науки и технологий, включая проекты сообществ молодых учёных;</w:t>
      </w:r>
    </w:p>
    <w:p w14:paraId="7141AA7D" w14:textId="0FCC175F" w:rsidR="00F6337D" w:rsidRPr="007E6E38" w:rsidRDefault="00097540" w:rsidP="007E6E38">
      <w:pPr>
        <w:pStyle w:val="a0"/>
        <w:numPr>
          <w:ilvl w:val="0"/>
          <w:numId w:val="10"/>
        </w:numPr>
        <w:spacing w:after="60"/>
        <w:rPr>
          <w:lang w:val="ru-RU"/>
        </w:rPr>
      </w:pPr>
      <w:r w:rsidRPr="007E6E38">
        <w:rPr>
          <w:lang w:val="ru-RU"/>
        </w:rPr>
        <w:t>«#</w:t>
      </w:r>
      <w:proofErr w:type="spellStart"/>
      <w:r w:rsidRPr="007E6E38">
        <w:rPr>
          <w:lang w:val="ru-RU"/>
        </w:rPr>
        <w:t>делись_опытом</w:t>
      </w:r>
      <w:proofErr w:type="spellEnd"/>
      <w:r w:rsidRPr="007E6E38">
        <w:rPr>
          <w:lang w:val="ru-RU"/>
        </w:rPr>
        <w:t xml:space="preserve">» </w:t>
      </w:r>
      <w:r w:rsidR="007E6E38" w:rsidRPr="007E6E38">
        <w:rPr>
          <w:lang w:val="ru-RU"/>
        </w:rPr>
        <w:t>-</w:t>
      </w:r>
      <w:r w:rsidRPr="007E6E38">
        <w:rPr>
          <w:lang w:val="ru-RU"/>
        </w:rPr>
        <w:t xml:space="preserve"> проекты, направленные на передачу успешного опыта молодёжи и развитие наставничества в молодёжной среде;</w:t>
      </w:r>
    </w:p>
    <w:p w14:paraId="7F36804E" w14:textId="32102DAD" w:rsidR="00F6337D" w:rsidRPr="007E6E38" w:rsidRDefault="00097540" w:rsidP="007E6E38">
      <w:pPr>
        <w:pStyle w:val="a0"/>
        <w:numPr>
          <w:ilvl w:val="0"/>
          <w:numId w:val="10"/>
        </w:numPr>
        <w:spacing w:after="60"/>
        <w:rPr>
          <w:lang w:val="ru-RU"/>
        </w:rPr>
      </w:pPr>
      <w:r w:rsidRPr="007E6E38">
        <w:rPr>
          <w:lang w:val="ru-RU"/>
        </w:rPr>
        <w:t>«#</w:t>
      </w:r>
      <w:proofErr w:type="spellStart"/>
      <w:r w:rsidRPr="007E6E38">
        <w:rPr>
          <w:lang w:val="ru-RU"/>
        </w:rPr>
        <w:t>будь_здоров</w:t>
      </w:r>
      <w:proofErr w:type="spellEnd"/>
      <w:r w:rsidRPr="007E6E38">
        <w:rPr>
          <w:lang w:val="ru-RU"/>
        </w:rPr>
        <w:t xml:space="preserve">» </w:t>
      </w:r>
      <w:r w:rsidR="007E6E38" w:rsidRPr="007E6E38">
        <w:rPr>
          <w:lang w:val="ru-RU"/>
        </w:rPr>
        <w:t>-</w:t>
      </w:r>
      <w:r w:rsidRPr="007E6E38">
        <w:rPr>
          <w:lang w:val="ru-RU"/>
        </w:rPr>
        <w:t xml:space="preserve"> проекты, напра</w:t>
      </w:r>
      <w:r w:rsidRPr="007E6E38">
        <w:rPr>
          <w:lang w:val="ru-RU"/>
        </w:rPr>
        <w:t>вленные на популяризацию спорта и здорового образа жизни.</w:t>
      </w:r>
    </w:p>
    <w:p w14:paraId="68E53D20" w14:textId="77777777" w:rsidR="00F6337D" w:rsidRPr="007E6E38" w:rsidRDefault="00097540">
      <w:pPr>
        <w:spacing w:after="120"/>
        <w:rPr>
          <w:lang w:val="ru-RU"/>
        </w:rPr>
      </w:pPr>
      <w:r w:rsidRPr="007E6E38">
        <w:rPr>
          <w:lang w:val="ru-RU"/>
        </w:rPr>
        <w:t>Потенциальными темами заявок могут стать:</w:t>
      </w:r>
    </w:p>
    <w:p w14:paraId="3D66DA27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школы, клубы и сообщества молодых учёных;</w:t>
      </w:r>
    </w:p>
    <w:p w14:paraId="2DCBE8BB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наставнические программы между опытными работниками, аспирантами, молодыми специалистами и студентами;</w:t>
      </w:r>
    </w:p>
    <w:p w14:paraId="02AC0A41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профориента</w:t>
      </w:r>
      <w:r w:rsidRPr="007E6E38">
        <w:rPr>
          <w:lang w:val="ru-RU"/>
        </w:rPr>
        <w:t>ционные и научно-популярные инициативы;</w:t>
      </w:r>
    </w:p>
    <w:p w14:paraId="1D121B8F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программы адаптации молодых работников и развития молодёжного актива;</w:t>
      </w:r>
    </w:p>
    <w:p w14:paraId="5AB7FC6A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молодёжные спортивные и оздоровительные проекты;</w:t>
      </w:r>
    </w:p>
    <w:p w14:paraId="5F5B5994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добровольческие команды для проведения профсоюзных, научных, спортивных и просветительских меропр</w:t>
      </w:r>
      <w:r w:rsidRPr="007E6E38">
        <w:rPr>
          <w:lang w:val="ru-RU"/>
        </w:rPr>
        <w:t>иятий;</w:t>
      </w:r>
    </w:p>
    <w:p w14:paraId="4E887242" w14:textId="77777777" w:rsidR="00F6337D" w:rsidRPr="007E6E38" w:rsidRDefault="00097540" w:rsidP="007E6E38">
      <w:pPr>
        <w:pStyle w:val="a0"/>
        <w:numPr>
          <w:ilvl w:val="0"/>
          <w:numId w:val="11"/>
        </w:numPr>
        <w:spacing w:after="60"/>
        <w:jc w:val="both"/>
        <w:rPr>
          <w:lang w:val="ru-RU"/>
        </w:rPr>
      </w:pPr>
      <w:r w:rsidRPr="007E6E38">
        <w:rPr>
          <w:lang w:val="ru-RU"/>
        </w:rPr>
        <w:t>межрегиональные проекты, объединяющие молодёжь организаций соответствующей территории.</w:t>
      </w:r>
    </w:p>
    <w:p w14:paraId="6394329A" w14:textId="77777777" w:rsidR="00F6337D" w:rsidRPr="007E6E38" w:rsidRDefault="00097540" w:rsidP="007E6E38">
      <w:pPr>
        <w:spacing w:after="120"/>
        <w:jc w:val="both"/>
        <w:rPr>
          <w:lang w:val="ru-RU"/>
        </w:rPr>
      </w:pPr>
      <w:r w:rsidRPr="007E6E38">
        <w:rPr>
          <w:lang w:val="ru-RU"/>
        </w:rPr>
        <w:t>Просим проинформировать о конкурсе молодёжь, взаимодействующую с вашей территориальной организацией, включая потенциальных молодых авторов проектов, даже если кон</w:t>
      </w:r>
      <w:r w:rsidRPr="007E6E38">
        <w:rPr>
          <w:lang w:val="ru-RU"/>
        </w:rPr>
        <w:t>кретная инициатива пока не сформирована.</w:t>
      </w:r>
    </w:p>
    <w:p w14:paraId="47663BF9" w14:textId="77777777" w:rsidR="00F6337D" w:rsidRPr="007E6E38" w:rsidRDefault="00097540" w:rsidP="007E6E38">
      <w:pPr>
        <w:spacing w:after="120"/>
        <w:jc w:val="both"/>
        <w:rPr>
          <w:lang w:val="ru-RU"/>
        </w:rPr>
      </w:pPr>
      <w:r w:rsidRPr="007E6E38">
        <w:rPr>
          <w:lang w:val="ru-RU"/>
        </w:rPr>
        <w:t>Считаем это полезным и как практический инструмент привлечения дополнительного финансирования к социально значимым молодёжным инициативам, и как способ постепенно вовлекать молодых коллег в системную деятельность Пр</w:t>
      </w:r>
      <w:r w:rsidRPr="007E6E38">
        <w:rPr>
          <w:lang w:val="ru-RU"/>
        </w:rPr>
        <w:t>офсоюза. В дальнейшем такие контакты могут стать основой для развития работы комиссии по работе с молодёжью и формирования резерва молодых активистов.</w:t>
      </w:r>
    </w:p>
    <w:p w14:paraId="3817AD3A" w14:textId="77777777" w:rsidR="00F6337D" w:rsidRPr="007E6E38" w:rsidRDefault="00097540" w:rsidP="007E6E38">
      <w:pPr>
        <w:spacing w:after="120"/>
        <w:jc w:val="both"/>
        <w:rPr>
          <w:lang w:val="ru-RU"/>
        </w:rPr>
      </w:pPr>
      <w:r w:rsidRPr="007E6E38">
        <w:rPr>
          <w:lang w:val="ru-RU"/>
        </w:rPr>
        <w:t>При появлении идей, соответствующих тематике конкурса, просим направлять краткую информацию: название и ц</w:t>
      </w:r>
      <w:r w:rsidRPr="007E6E38">
        <w:rPr>
          <w:lang w:val="ru-RU"/>
        </w:rPr>
        <w:t>ель проекта, предполагаемый руководитель в возрасте до 35 лет, территория реализации, целевая аудитория, ориентировочные сроки и потребности в организационной поддержке.</w:t>
      </w:r>
    </w:p>
    <w:p w14:paraId="7F5D67E1" w14:textId="0B42E37C" w:rsidR="00F6337D" w:rsidRPr="007E6E38" w:rsidRDefault="00097540" w:rsidP="007E6E38">
      <w:pPr>
        <w:spacing w:after="120"/>
        <w:jc w:val="both"/>
        <w:rPr>
          <w:lang w:val="ru-RU"/>
        </w:rPr>
      </w:pPr>
      <w:r w:rsidRPr="007E6E38">
        <w:rPr>
          <w:lang w:val="ru-RU"/>
        </w:rPr>
        <w:t>Обращаем внимание, что подача заявки и реализация проекта требуют самостоятельной соде</w:t>
      </w:r>
      <w:r w:rsidRPr="007E6E38">
        <w:rPr>
          <w:lang w:val="ru-RU"/>
        </w:rPr>
        <w:t xml:space="preserve">ржательной проработки молодым руководителем проекта и его командой. Профсоюзная организация может выступать партнёром, площадкой реализации, источником экспертной, организационной и информационной поддержки </w:t>
      </w:r>
      <w:r w:rsidR="007E6E38" w:rsidRPr="007E6E38">
        <w:rPr>
          <w:lang w:val="ru-RU"/>
        </w:rPr>
        <w:t>-</w:t>
      </w:r>
      <w:r w:rsidRPr="007E6E38">
        <w:rPr>
          <w:lang w:val="ru-RU"/>
        </w:rPr>
        <w:t xml:space="preserve"> в пределах, не противоречащих условиям конкурса</w:t>
      </w:r>
      <w:r w:rsidRPr="007E6E38">
        <w:rPr>
          <w:lang w:val="ru-RU"/>
        </w:rPr>
        <w:t xml:space="preserve"> и документам конкретной заявки.</w:t>
      </w:r>
    </w:p>
    <w:p w14:paraId="3D670C76" w14:textId="77777777" w:rsidR="00F6337D" w:rsidRPr="007E6E38" w:rsidRDefault="00097540">
      <w:pPr>
        <w:spacing w:after="120"/>
        <w:rPr>
          <w:lang w:val="ru-RU"/>
        </w:rPr>
      </w:pPr>
      <w:r w:rsidRPr="007E6E38">
        <w:rPr>
          <w:lang w:val="ru-RU"/>
        </w:rPr>
        <w:lastRenderedPageBreak/>
        <w:t xml:space="preserve">Информация о конкурсе и подача заявок: </w:t>
      </w:r>
      <w:r>
        <w:t>https</w:t>
      </w:r>
      <w:r w:rsidRPr="007E6E38">
        <w:rPr>
          <w:lang w:val="ru-RU"/>
        </w:rPr>
        <w:t>://</w:t>
      </w:r>
      <w:proofErr w:type="spellStart"/>
      <w:r>
        <w:t>myrosmol</w:t>
      </w:r>
      <w:proofErr w:type="spellEnd"/>
      <w:r w:rsidRPr="007E6E38">
        <w:rPr>
          <w:lang w:val="ru-RU"/>
        </w:rPr>
        <w:t>.</w:t>
      </w:r>
      <w:proofErr w:type="spellStart"/>
      <w:r>
        <w:t>ru</w:t>
      </w:r>
      <w:proofErr w:type="spellEnd"/>
      <w:r w:rsidRPr="007E6E38">
        <w:rPr>
          <w:lang w:val="ru-RU"/>
        </w:rPr>
        <w:t>/</w:t>
      </w:r>
      <w:r>
        <w:t>events</w:t>
      </w:r>
      <w:r w:rsidRPr="007E6E38">
        <w:rPr>
          <w:lang w:val="ru-RU"/>
        </w:rPr>
        <w:t>/</w:t>
      </w:r>
      <w:r>
        <w:t>a</w:t>
      </w:r>
      <w:r w:rsidRPr="007E6E38">
        <w:rPr>
          <w:lang w:val="ru-RU"/>
        </w:rPr>
        <w:t>7</w:t>
      </w:r>
      <w:r>
        <w:t>b</w:t>
      </w:r>
      <w:r w:rsidRPr="007E6E38">
        <w:rPr>
          <w:lang w:val="ru-RU"/>
        </w:rPr>
        <w:t>69</w:t>
      </w:r>
      <w:r>
        <w:t>fc</w:t>
      </w:r>
      <w:r w:rsidRPr="007E6E38">
        <w:rPr>
          <w:lang w:val="ru-RU"/>
        </w:rPr>
        <w:t>8-</w:t>
      </w:r>
      <w:proofErr w:type="spellStart"/>
      <w:r>
        <w:t>db</w:t>
      </w:r>
      <w:proofErr w:type="spellEnd"/>
      <w:r w:rsidRPr="007E6E38">
        <w:rPr>
          <w:lang w:val="ru-RU"/>
        </w:rPr>
        <w:t>63-4</w:t>
      </w:r>
      <w:r>
        <w:t>ac</w:t>
      </w:r>
      <w:r w:rsidRPr="007E6E38">
        <w:rPr>
          <w:lang w:val="ru-RU"/>
        </w:rPr>
        <w:t>7-</w:t>
      </w:r>
      <w:r>
        <w:t>ac</w:t>
      </w:r>
      <w:r w:rsidRPr="007E6E38">
        <w:rPr>
          <w:lang w:val="ru-RU"/>
        </w:rPr>
        <w:t>63-37631</w:t>
      </w:r>
      <w:r>
        <w:t>b</w:t>
      </w:r>
      <w:r w:rsidRPr="007E6E38">
        <w:rPr>
          <w:lang w:val="ru-RU"/>
        </w:rPr>
        <w:t>03</w:t>
      </w:r>
      <w:r>
        <w:t>e</w:t>
      </w:r>
      <w:r w:rsidRPr="007E6E38">
        <w:rPr>
          <w:lang w:val="ru-RU"/>
        </w:rPr>
        <w:t>20</w:t>
      </w:r>
      <w:r>
        <w:t>e</w:t>
      </w:r>
    </w:p>
    <w:p w14:paraId="3555F019" w14:textId="77777777" w:rsidR="00F6337D" w:rsidRPr="007E6E38" w:rsidRDefault="00F6337D">
      <w:pPr>
        <w:spacing w:after="120"/>
        <w:rPr>
          <w:lang w:val="ru-RU"/>
        </w:rPr>
      </w:pPr>
    </w:p>
    <w:p w14:paraId="1318B98F" w14:textId="201DCCA3" w:rsidR="00F6337D" w:rsidRPr="00C26C0E" w:rsidRDefault="00F6337D">
      <w:pPr>
        <w:spacing w:after="120"/>
        <w:rPr>
          <w:lang w:val="ru-RU"/>
        </w:rPr>
      </w:pPr>
    </w:p>
    <w:sectPr w:rsidR="00F6337D" w:rsidRPr="00C26C0E" w:rsidSect="00034616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67003F1"/>
    <w:multiLevelType w:val="hybridMultilevel"/>
    <w:tmpl w:val="E758DB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600CB7"/>
    <w:multiLevelType w:val="hybridMultilevel"/>
    <w:tmpl w:val="049C1F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7540"/>
    <w:rsid w:val="0015074B"/>
    <w:rsid w:val="0029639D"/>
    <w:rsid w:val="00326827"/>
    <w:rsid w:val="00326F90"/>
    <w:rsid w:val="007E6E38"/>
    <w:rsid w:val="00AA1D8D"/>
    <w:rsid w:val="00B47730"/>
    <w:rsid w:val="00C26C0E"/>
    <w:rsid w:val="00CB0664"/>
    <w:rsid w:val="00F633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A13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CF3BD0-F655-404A-90F9-9BF79D52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Волчкова</cp:lastModifiedBy>
  <cp:revision>3</cp:revision>
  <dcterms:created xsi:type="dcterms:W3CDTF">2013-12-23T23:15:00Z</dcterms:created>
  <dcterms:modified xsi:type="dcterms:W3CDTF">2026-08-24T09:07:00Z</dcterms:modified>
  <cp:category/>
</cp:coreProperties>
</file>